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E00"/>
          <w:sz w:val="18"/>
        </w:rPr>
        <w:t>IM CHECKLIST AI   |   Free Starter Checklist   |   2026 Edition</w:t>
      </w:r>
    </w:p>
    <w:p>
      <w:r>
        <w:rPr>
          <w:b/>
          <w:color w:val="101828"/>
          <w:sz w:val="32"/>
        </w:rPr>
        <w:t>The Content Calendar Checklist</w:t>
      </w:r>
    </w:p>
    <w:p>
      <w:r>
        <w:rPr>
          <w:color w:val="5A6579"/>
        </w:rPr>
        <w:t>Consistency is what makes content work, and consistency comes from a plan, not from motivation. This checklist helps you batch a month of content ideas quickly, so posting becomes a simple task instead of a daily scramble. Do this once a month and your content problem quietly disappears.</w:t>
      </w:r>
    </w:p>
    <w:p>
      <w:r>
        <w:rPr>
          <w:color w:val="5A6579"/>
          <w:sz w:val="20"/>
        </w:rPr>
        <w:t>Project: ______________________________        Date: ______________</w:t>
      </w:r>
    </w:p>
    <w:p>
      <w:r>
        <w:rPr>
          <w:b/>
          <w:color w:val="B46E00"/>
          <w:sz w:val="24"/>
        </w:rPr>
        <w:t>Part 1 - Set The Foundation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Choose three or four core topics you want to be known for.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Themes give your content focus and make you memorable.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Decide how often and where you will post.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Pick a pace you can keep on a busy week, not just a good one.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Pick the tool you will plan in: a doc, sheet or app.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The simplest tool you will actually use is the right one.</w:t>
            </w:r>
          </w:p>
        </w:tc>
      </w:tr>
    </w:tbl>
    <w:p/>
    <w:p>
      <w:r>
        <w:rPr>
          <w:b/>
          <w:color w:val="B46E00"/>
          <w:sz w:val="24"/>
        </w:rPr>
        <w:t>Part 2 - Fill The Calendar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Brainstorm ten content ideas under each core topic.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Quantity first. You will refine the best ones later.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5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Map ideas onto dates so every posting slot is filled.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 filled calendar removes the daily what-do-I-post decision.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6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Note the goal of each piece: teach, engage or promote.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Content with no purpose is content that quietly does nothing.</w:t>
            </w:r>
          </w:p>
        </w:tc>
      </w:tr>
    </w:tbl>
    <w:p/>
    <w:p>
      <w:r>
        <w:rPr>
          <w:b/>
          <w:color w:val="B46E00"/>
          <w:sz w:val="24"/>
        </w:rPr>
        <w:t>Part 3 - Make It Repeatable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7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Batch-create as many posts as you can in one sitting.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Writing five posts at once is far faster than one a day for five days.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8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Schedule what you can so posting runs on autopilot.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Scheduled content still goes out on the days life gets in the way.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9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Review last month's results before planning the next.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Let what worked shape what you make next.</w:t>
            </w:r>
          </w:p>
        </w:tc>
      </w:tr>
    </w:tbl>
    <w:p/>
    <w:p>
      <w:r>
        <w:rPr>
          <w:b/>
          <w:color w:val="B46E00"/>
          <w:sz w:val="22"/>
        </w:rPr>
        <w:t>PRO TIPS</w:t>
      </w:r>
    </w:p>
    <w:p>
      <w:pPr>
        <w:pStyle w:val="ListBullet"/>
      </w:pPr>
      <w:r>
        <w:rPr>
          <w:sz w:val="20"/>
        </w:rPr>
        <w:t>Repurpose ruthlessly. One good idea can become a post, an email and a video.</w:t>
      </w:r>
    </w:p>
    <w:p>
      <w:pPr>
        <w:pStyle w:val="ListBullet"/>
      </w:pPr>
      <w:r>
        <w:rPr>
          <w:sz w:val="20"/>
        </w:rPr>
        <w:t>Done and posted beats perfect and unpublished, every single time.</w:t>
      </w:r>
    </w:p>
    <w:p>
      <w:pPr>
        <w:pStyle w:val="ListBullet"/>
      </w:pPr>
      <w:r>
        <w:rPr>
          <w:sz w:val="20"/>
        </w:rPr>
        <w:t>Content Marketing and Multi-Channel Marketing are full step-by-step volumes inside IM Checklist AI.</w:t>
      </w:r>
    </w:p>
    <w:p>
      <w:r>
        <w:rPr>
          <w:b/>
          <w:color w:val="101828"/>
          <w:sz w:val="22"/>
        </w:rPr>
        <w:t>NOTES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b/>
          <w:color w:val="B46E00"/>
          <w:sz w:val="19"/>
        </w:rPr>
        <w:t>Get all 84 volumes and 1,536 checklists at imchecklist.org/join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